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86" w:type="dxa"/>
        <w:jc w:val="center"/>
        <w:tblLook w:val="04A0" w:firstRow="1" w:lastRow="0" w:firstColumn="1" w:lastColumn="0" w:noHBand="0" w:noVBand="1"/>
      </w:tblPr>
      <w:tblGrid>
        <w:gridCol w:w="2647"/>
        <w:gridCol w:w="2646"/>
        <w:gridCol w:w="2646"/>
        <w:gridCol w:w="2647"/>
      </w:tblGrid>
      <w:tr w:rsidR="00286550" w14:paraId="1C1EEFE4" w14:textId="77777777" w:rsidTr="008E5B1F">
        <w:trPr>
          <w:trHeight w:val="2812"/>
          <w:jc w:val="center"/>
        </w:trPr>
        <w:tc>
          <w:tcPr>
            <w:tcW w:w="2647" w:type="dxa"/>
            <w:shd w:val="clear" w:color="auto" w:fill="DDEBF7"/>
            <w:vAlign w:val="center"/>
          </w:tcPr>
          <w:p w14:paraId="5BC89AB1" w14:textId="44AF0DBC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📖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Fact Finder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="001D0A38">
              <w:rPr>
                <w:rFonts w:ascii="Dreaming Outloud Pro" w:hAnsi="Dreaming Outloud Pro" w:cs="Dreaming Outloud Pro"/>
                <w:sz w:val="36"/>
                <w:szCs w:val="36"/>
              </w:rPr>
              <w:t>Find and w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rite 5 interesting facts about London.</w:t>
            </w:r>
          </w:p>
        </w:tc>
        <w:tc>
          <w:tcPr>
            <w:tcW w:w="2646" w:type="dxa"/>
            <w:shd w:val="clear" w:color="auto" w:fill="E2F0D9"/>
            <w:vAlign w:val="center"/>
          </w:tcPr>
          <w:p w14:paraId="39E3676C" w14:textId="52C496B4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🎨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London Postcard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Design a postcard and write a message</w:t>
            </w:r>
            <w:r w:rsidR="00DD773A">
              <w:rPr>
                <w:rFonts w:ascii="Dreaming Outloud Pro" w:hAnsi="Dreaming Outloud Pro" w:cs="Dreaming Outloud Pro"/>
                <w:sz w:val="36"/>
                <w:szCs w:val="36"/>
              </w:rPr>
              <w:t xml:space="preserve"> from London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.</w:t>
            </w:r>
          </w:p>
        </w:tc>
        <w:tc>
          <w:tcPr>
            <w:tcW w:w="2646" w:type="dxa"/>
            <w:shd w:val="clear" w:color="auto" w:fill="FFF2CC"/>
            <w:vAlign w:val="center"/>
          </w:tcPr>
          <w:p w14:paraId="64035C05" w14:textId="0E5635A4" w:rsidR="00286550" w:rsidRPr="00AE2B09" w:rsidRDefault="00682D28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D74E87C" wp14:editId="75568BA8">
                  <wp:extent cx="215900" cy="215900"/>
                  <wp:effectExtent l="0" t="0" r="0" b="0"/>
                  <wp:docPr id="1921860603" name="Picture 1" descr="Music Note Icon Vector Illustration 421044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sic Note Icon Vector Illustration 421044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4609"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</w:t>
            </w:r>
            <w:r w:rsidR="00602CDE">
              <w:rPr>
                <w:rFonts w:ascii="Dreaming Outloud Pro" w:hAnsi="Dreaming Outloud Pro" w:cs="Dreaming Outloud Pro"/>
                <w:b/>
                <w:sz w:val="36"/>
                <w:szCs w:val="36"/>
              </w:rPr>
              <w:t>London Song</w:t>
            </w:r>
            <w:r w:rsidR="00764609"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="00602CDE">
              <w:rPr>
                <w:rFonts w:ascii="Dreaming Outloud Pro" w:hAnsi="Dreaming Outloud Pro" w:cs="Dreaming Outloud Pro"/>
                <w:sz w:val="36"/>
                <w:szCs w:val="36"/>
              </w:rPr>
              <w:t>Learn</w:t>
            </w:r>
            <w:r w:rsidR="00562981">
              <w:rPr>
                <w:rFonts w:ascii="Dreaming Outloud Pro" w:hAnsi="Dreaming Outloud Pro" w:cs="Dreaming Outloud Pro"/>
                <w:sz w:val="36"/>
                <w:szCs w:val="36"/>
              </w:rPr>
              <w:t xml:space="preserve"> (or write)</w:t>
            </w:r>
            <w:r w:rsidR="00602CDE">
              <w:rPr>
                <w:rFonts w:ascii="Dreaming Outloud Pro" w:hAnsi="Dreaming Outloud Pro" w:cs="Dreaming Outloud Pro"/>
                <w:sz w:val="36"/>
                <w:szCs w:val="36"/>
              </w:rPr>
              <w:t xml:space="preserve"> a song about London to sing in class</w:t>
            </w:r>
            <w:r w:rsidR="00764609" w:rsidRPr="00AE2B09">
              <w:rPr>
                <w:rFonts w:ascii="Dreaming Outloud Pro" w:hAnsi="Dreaming Outloud Pro" w:cs="Dreaming Outloud Pro"/>
                <w:sz w:val="36"/>
                <w:szCs w:val="36"/>
              </w:rPr>
              <w:t>.</w:t>
            </w:r>
          </w:p>
        </w:tc>
        <w:tc>
          <w:tcPr>
            <w:tcW w:w="2647" w:type="dxa"/>
            <w:shd w:val="clear" w:color="auto" w:fill="FCE4D6"/>
            <w:vAlign w:val="center"/>
          </w:tcPr>
          <w:p w14:paraId="6FEE1816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✍️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Acrostic Poem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Write a LONDON acrostic poem.</w:t>
            </w:r>
          </w:p>
        </w:tc>
      </w:tr>
      <w:tr w:rsidR="00286550" w14:paraId="14E2BBA7" w14:textId="77777777" w:rsidTr="008E5B1F">
        <w:trPr>
          <w:trHeight w:val="2772"/>
          <w:jc w:val="center"/>
        </w:trPr>
        <w:tc>
          <w:tcPr>
            <w:tcW w:w="2647" w:type="dxa"/>
            <w:shd w:val="clear" w:color="auto" w:fill="DDEBF7"/>
            <w:vAlign w:val="center"/>
          </w:tcPr>
          <w:p w14:paraId="69E5C6E2" w14:textId="1B91292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🗺️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Map Maker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Draw a map of London landmarks.</w:t>
            </w:r>
            <w:r w:rsidR="00DD773A">
              <w:rPr>
                <w:rFonts w:ascii="Dreaming Outloud Pro" w:hAnsi="Dreaming Outloud Pro" w:cs="Dreaming Outloud Pro"/>
                <w:sz w:val="36"/>
                <w:szCs w:val="36"/>
              </w:rPr>
              <w:t xml:space="preserve"> Make a key.</w:t>
            </w:r>
          </w:p>
        </w:tc>
        <w:tc>
          <w:tcPr>
            <w:tcW w:w="2646" w:type="dxa"/>
            <w:shd w:val="clear" w:color="auto" w:fill="E2F0D9"/>
            <w:vAlign w:val="center"/>
          </w:tcPr>
          <w:p w14:paraId="2F0BA9C3" w14:textId="258089EB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🎭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London Character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Dress up </w:t>
            </w:r>
            <w:r w:rsidR="001D0A38">
              <w:rPr>
                <w:rFonts w:ascii="Dreaming Outloud Pro" w:hAnsi="Dreaming Outloud Pro" w:cs="Dreaming Outloud Pro"/>
                <w:sz w:val="36"/>
                <w:szCs w:val="36"/>
              </w:rPr>
              <w:t xml:space="preserve">as a famous Londoner </w:t>
            </w:r>
            <w:r w:rsidR="00BC30E2">
              <w:rPr>
                <w:rFonts w:ascii="Dreaming Outloud Pro" w:hAnsi="Dreaming Outloud Pro" w:cs="Dreaming Outloud Pro"/>
                <w:sz w:val="36"/>
                <w:szCs w:val="36"/>
              </w:rPr>
              <w:t>&amp;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 </w:t>
            </w:r>
            <w:r w:rsidR="00BC30E2">
              <w:rPr>
                <w:rFonts w:ascii="Dreaming Outloud Pro" w:hAnsi="Dreaming Outloud Pro" w:cs="Dreaming Outloud Pro"/>
                <w:sz w:val="36"/>
                <w:szCs w:val="36"/>
              </w:rPr>
              <w:t xml:space="preserve">bring 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a photo.</w:t>
            </w:r>
          </w:p>
        </w:tc>
        <w:tc>
          <w:tcPr>
            <w:tcW w:w="2646" w:type="dxa"/>
            <w:shd w:val="clear" w:color="auto" w:fill="FFF2CC"/>
            <w:vAlign w:val="center"/>
          </w:tcPr>
          <w:p w14:paraId="37678E8D" w14:textId="77777777" w:rsidR="005E1F8D" w:rsidRDefault="00764609">
            <w:pPr>
              <w:jc w:val="center"/>
              <w:rPr>
                <w:rFonts w:ascii="Dreaming Outloud Pro" w:hAnsi="Dreaming Outloud Pro" w:cs="Dreaming Outloud Pro"/>
                <w:b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🚍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</w:t>
            </w:r>
            <w:r w:rsidRPr="005E1F8D">
              <w:rPr>
                <w:rFonts w:ascii="Dreaming Outloud Pro" w:hAnsi="Dreaming Outloud Pro" w:cs="Dreaming Outloud Pro"/>
                <w:b/>
                <w:sz w:val="32"/>
                <w:szCs w:val="32"/>
              </w:rPr>
              <w:t>Bus</w:t>
            </w:r>
            <w:r w:rsidR="001D0A38" w:rsidRPr="005E1F8D">
              <w:rPr>
                <w:rFonts w:ascii="Dreaming Outloud Pro" w:hAnsi="Dreaming Outloud Pro" w:cs="Dreaming Outloud Pro"/>
                <w:b/>
                <w:sz w:val="32"/>
                <w:szCs w:val="32"/>
              </w:rPr>
              <w:t xml:space="preserve"> or Underground</w:t>
            </w:r>
            <w:r w:rsidRPr="005E1F8D">
              <w:rPr>
                <w:rFonts w:ascii="Dreaming Outloud Pro" w:hAnsi="Dreaming Outloud Pro" w:cs="Dreaming Outloud Pro"/>
                <w:b/>
                <w:sz w:val="32"/>
                <w:szCs w:val="32"/>
              </w:rPr>
              <w:t xml:space="preserve"> Art</w:t>
            </w:r>
          </w:p>
          <w:p w14:paraId="6D7C79A0" w14:textId="24DFC3CE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Create a London bus</w:t>
            </w:r>
            <w:r w:rsidR="001D0A38">
              <w:rPr>
                <w:rFonts w:ascii="Dreaming Outloud Pro" w:hAnsi="Dreaming Outloud Pro" w:cs="Dreaming Outloud Pro"/>
                <w:sz w:val="36"/>
                <w:szCs w:val="36"/>
              </w:rPr>
              <w:t xml:space="preserve"> or Underground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 collage.</w:t>
            </w:r>
          </w:p>
        </w:tc>
        <w:tc>
          <w:tcPr>
            <w:tcW w:w="2647" w:type="dxa"/>
            <w:shd w:val="clear" w:color="auto" w:fill="FCE4D6"/>
            <w:vAlign w:val="center"/>
          </w:tcPr>
          <w:p w14:paraId="5B52DC85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📚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Adventure Story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Write “My Adventure in London”.</w:t>
            </w:r>
          </w:p>
        </w:tc>
      </w:tr>
      <w:tr w:rsidR="00286550" w14:paraId="12AC40AF" w14:textId="77777777" w:rsidTr="008E5B1F">
        <w:trPr>
          <w:trHeight w:val="3226"/>
          <w:jc w:val="center"/>
        </w:trPr>
        <w:tc>
          <w:tcPr>
            <w:tcW w:w="2647" w:type="dxa"/>
            <w:shd w:val="clear" w:color="auto" w:fill="DDEBF7"/>
            <w:vAlign w:val="center"/>
          </w:tcPr>
          <w:p w14:paraId="5945A745" w14:textId="1CFF2779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👑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Crown Designer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Design and label a </w:t>
            </w:r>
            <w:r w:rsidR="005E1F8D">
              <w:rPr>
                <w:rFonts w:ascii="Dreaming Outloud Pro" w:hAnsi="Dreaming Outloud Pro" w:cs="Dreaming Outloud Pro"/>
                <w:sz w:val="36"/>
                <w:szCs w:val="36"/>
              </w:rPr>
              <w:t xml:space="preserve">new 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royal crown.</w:t>
            </w:r>
          </w:p>
        </w:tc>
        <w:tc>
          <w:tcPr>
            <w:tcW w:w="2646" w:type="dxa"/>
            <w:shd w:val="clear" w:color="auto" w:fill="E2F0D9"/>
            <w:vAlign w:val="center"/>
          </w:tcPr>
          <w:p w14:paraId="602EE558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🦆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River Thames Art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Draw or paint the River Thames.</w:t>
            </w:r>
          </w:p>
        </w:tc>
        <w:tc>
          <w:tcPr>
            <w:tcW w:w="2646" w:type="dxa"/>
            <w:shd w:val="clear" w:color="auto" w:fill="FFF2CC"/>
            <w:vAlign w:val="center"/>
          </w:tcPr>
          <w:p w14:paraId="022154AA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🎤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Landmark Expert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Research a landmark and share 3 facts.</w:t>
            </w:r>
          </w:p>
        </w:tc>
        <w:tc>
          <w:tcPr>
            <w:tcW w:w="2647" w:type="dxa"/>
            <w:shd w:val="clear" w:color="auto" w:fill="FCE4D6"/>
            <w:vAlign w:val="center"/>
          </w:tcPr>
          <w:p w14:paraId="53B99C41" w14:textId="76D50624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🍰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Traditional Food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Write about a </w:t>
            </w:r>
            <w:r w:rsidR="00701C4A">
              <w:rPr>
                <w:rFonts w:ascii="Dreaming Outloud Pro" w:hAnsi="Dreaming Outloud Pro" w:cs="Dreaming Outloud Pro"/>
                <w:sz w:val="36"/>
                <w:szCs w:val="36"/>
              </w:rPr>
              <w:t>traditional London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 food.</w:t>
            </w:r>
          </w:p>
        </w:tc>
      </w:tr>
      <w:tr w:rsidR="00286550" w14:paraId="5F989C07" w14:textId="77777777" w:rsidTr="008E5B1F">
        <w:trPr>
          <w:trHeight w:val="3226"/>
          <w:jc w:val="center"/>
        </w:trPr>
        <w:tc>
          <w:tcPr>
            <w:tcW w:w="2647" w:type="dxa"/>
            <w:shd w:val="clear" w:color="auto" w:fill="DDEBF7"/>
            <w:vAlign w:val="center"/>
          </w:tcPr>
          <w:p w14:paraId="753A4699" w14:textId="1AA09C2D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🌆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Skyline Picture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Create a London skyline silhouette</w:t>
            </w:r>
            <w:r w:rsidR="008E5B1F">
              <w:rPr>
                <w:rFonts w:ascii="Dreaming Outloud Pro" w:hAnsi="Dreaming Outloud Pro" w:cs="Dreaming Outloud Pro"/>
                <w:sz w:val="36"/>
                <w:szCs w:val="36"/>
              </w:rPr>
              <w:t xml:space="preserve"> or drawing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.</w:t>
            </w:r>
          </w:p>
        </w:tc>
        <w:tc>
          <w:tcPr>
            <w:tcW w:w="2646" w:type="dxa"/>
            <w:shd w:val="clear" w:color="auto" w:fill="E2F0D9"/>
            <w:vAlign w:val="center"/>
          </w:tcPr>
          <w:p w14:paraId="57B3514B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📔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Tourist Diary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Write a diary entry from London.</w:t>
            </w:r>
          </w:p>
        </w:tc>
        <w:tc>
          <w:tcPr>
            <w:tcW w:w="2646" w:type="dxa"/>
            <w:shd w:val="clear" w:color="auto" w:fill="FFF2CC"/>
            <w:vAlign w:val="center"/>
          </w:tcPr>
          <w:p w14:paraId="154291E0" w14:textId="206371D3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🚦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Transport Poster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Show different </w:t>
            </w:r>
            <w:r w:rsidR="00E270AF">
              <w:rPr>
                <w:rFonts w:ascii="Dreaming Outloud Pro" w:hAnsi="Dreaming Outloud Pro" w:cs="Dreaming Outloud Pro"/>
                <w:sz w:val="36"/>
                <w:szCs w:val="36"/>
              </w:rPr>
              <w:t xml:space="preserve">types of </w:t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London transport.</w:t>
            </w:r>
          </w:p>
        </w:tc>
        <w:tc>
          <w:tcPr>
            <w:tcW w:w="2647" w:type="dxa"/>
            <w:shd w:val="clear" w:color="auto" w:fill="FCE4D6"/>
            <w:vAlign w:val="center"/>
          </w:tcPr>
          <w:p w14:paraId="35E2F9DE" w14:textId="77777777" w:rsidR="00286550" w:rsidRPr="00AE2B09" w:rsidRDefault="00764609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AE2B09">
              <w:rPr>
                <w:rFonts w:ascii="Segoe UI Emoji" w:hAnsi="Segoe UI Emoji" w:cs="Segoe UI Emoji"/>
                <w:b/>
                <w:sz w:val="36"/>
                <w:szCs w:val="36"/>
              </w:rPr>
              <w:t>⭐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t xml:space="preserve"> Landmark Model</w:t>
            </w:r>
            <w:r w:rsidRPr="00AE2B09">
              <w:rPr>
                <w:rFonts w:ascii="Dreaming Outloud Pro" w:hAnsi="Dreaming Outloud Pro" w:cs="Dreaming Outloud Pro"/>
                <w:b/>
                <w:sz w:val="36"/>
                <w:szCs w:val="36"/>
              </w:rPr>
              <w:br/>
            </w:r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Make your </w:t>
            </w:r>
            <w:proofErr w:type="spellStart"/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>favourite</w:t>
            </w:r>
            <w:proofErr w:type="spellEnd"/>
            <w:r w:rsidRPr="00AE2B09">
              <w:rPr>
                <w:rFonts w:ascii="Dreaming Outloud Pro" w:hAnsi="Dreaming Outloud Pro" w:cs="Dreaming Outloud Pro"/>
                <w:sz w:val="36"/>
                <w:szCs w:val="36"/>
              </w:rPr>
              <w:t xml:space="preserve"> landmark.</w:t>
            </w:r>
          </w:p>
        </w:tc>
      </w:tr>
    </w:tbl>
    <w:p w14:paraId="2021CA8E" w14:textId="3856349F" w:rsidR="00286550" w:rsidRDefault="00286550" w:rsidP="00A2454D"/>
    <w:sectPr w:rsidR="00286550" w:rsidSect="00034616">
      <w:headerReference w:type="default" r:id="rId12"/>
      <w:footerReference w:type="default" r:id="rId13"/>
      <w:pgSz w:w="12240" w:h="15840"/>
      <w:pgMar w:top="720" w:right="1800" w:bottom="720" w:left="1800" w:header="720" w:footer="720" w:gutter="0"/>
      <w:pgBorders w:offsetFrom="page">
        <w:top w:val="single" w:sz="18" w:space="0" w:color="1F4E79"/>
        <w:left w:val="single" w:sz="18" w:space="0" w:color="1F4E79"/>
        <w:bottom w:val="single" w:sz="18" w:space="0" w:color="1F4E79"/>
        <w:right w:val="single" w:sz="18" w:space="0" w:color="1F4E79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D6E03" w14:textId="77777777" w:rsidR="00F32FE6" w:rsidRDefault="00F32FE6" w:rsidP="00F95083">
      <w:pPr>
        <w:spacing w:after="0" w:line="240" w:lineRule="auto"/>
      </w:pPr>
      <w:r>
        <w:separator/>
      </w:r>
    </w:p>
  </w:endnote>
  <w:endnote w:type="continuationSeparator" w:id="0">
    <w:p w14:paraId="08ABD094" w14:textId="77777777" w:rsidR="00F32FE6" w:rsidRDefault="00F32FE6" w:rsidP="00F95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68594" w14:textId="2AA595FE" w:rsidR="00F95083" w:rsidRPr="00A2454D" w:rsidRDefault="00F95083" w:rsidP="00A2454D">
    <w:pPr>
      <w:pStyle w:val="Footer"/>
      <w:rPr>
        <w:rFonts w:ascii="Dreaming Outloud Pro" w:hAnsi="Dreaming Outloud Pro" w:cs="Dreaming Outloud Pro"/>
        <w:b/>
        <w:bCs/>
        <w:sz w:val="20"/>
        <w:szCs w:val="20"/>
      </w:rPr>
    </w:pPr>
    <w:r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Please choose 1 or 2 ideas to complete </w:t>
    </w:r>
    <w:r w:rsidR="00CD60F0" w:rsidRPr="00A2454D">
      <w:rPr>
        <w:rFonts w:ascii="Dreaming Outloud Pro" w:hAnsi="Dreaming Outloud Pro" w:cs="Dreaming Outloud Pro"/>
        <w:b/>
        <w:bCs/>
        <w:sz w:val="20"/>
        <w:szCs w:val="20"/>
      </w:rPr>
      <w:t>this</w:t>
    </w:r>
    <w:r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 term. We love to display homework </w:t>
    </w:r>
    <w:r w:rsidR="00CD60F0" w:rsidRPr="00A2454D">
      <w:rPr>
        <w:rFonts w:ascii="Dreaming Outloud Pro" w:hAnsi="Dreaming Outloud Pro" w:cs="Dreaming Outloud Pro"/>
        <w:b/>
        <w:bCs/>
        <w:sz w:val="20"/>
        <w:szCs w:val="20"/>
      </w:rPr>
      <w:t>in class</w:t>
    </w:r>
    <w:r w:rsidR="00B33192" w:rsidRPr="00A2454D">
      <w:rPr>
        <w:rFonts w:ascii="Dreaming Outloud Pro" w:hAnsi="Dreaming Outloud Pro" w:cs="Dreaming Outloud Pro"/>
        <w:b/>
        <w:bCs/>
        <w:sz w:val="20"/>
        <w:szCs w:val="20"/>
      </w:rPr>
      <w:t>,</w:t>
    </w:r>
    <w:r w:rsidR="00CD60F0"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 </w:t>
    </w:r>
    <w:r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so please </w:t>
    </w:r>
    <w:r w:rsidR="00CD60F0"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aim for quality work and take your time. We value </w:t>
    </w:r>
    <w:r w:rsidR="0018616B" w:rsidRPr="00A2454D">
      <w:rPr>
        <w:rFonts w:ascii="Dreaming Outloud Pro" w:hAnsi="Dreaming Outloud Pro" w:cs="Dreaming Outloud Pro"/>
        <w:b/>
        <w:bCs/>
        <w:sz w:val="20"/>
        <w:szCs w:val="20"/>
      </w:rPr>
      <w:t>parent / guardian</w:t>
    </w:r>
    <w:r w:rsidR="00CD60F0"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 support with this</w:t>
    </w:r>
    <w:r w:rsidR="003F2E42"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 and the conversations at home</w:t>
    </w:r>
    <w:r w:rsidR="00A2454D" w:rsidRPr="00A2454D">
      <w:rPr>
        <w:rFonts w:ascii="Dreaming Outloud Pro" w:hAnsi="Dreaming Outloud Pro" w:cs="Dreaming Outloud Pro"/>
        <w:b/>
        <w:bCs/>
        <w:sz w:val="20"/>
        <w:szCs w:val="20"/>
      </w:rPr>
      <w:t>,</w:t>
    </w:r>
    <w:r w:rsidR="003F2E42" w:rsidRPr="00A2454D">
      <w:rPr>
        <w:rFonts w:ascii="Dreaming Outloud Pro" w:hAnsi="Dreaming Outloud Pro" w:cs="Dreaming Outloud Pro"/>
        <w:b/>
        <w:bCs/>
        <w:sz w:val="20"/>
        <w:szCs w:val="20"/>
      </w:rPr>
      <w:t xml:space="preserve"> really add value to our learning.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5FF1F" w14:textId="77777777" w:rsidR="00F32FE6" w:rsidRDefault="00F32FE6" w:rsidP="00F95083">
      <w:pPr>
        <w:spacing w:after="0" w:line="240" w:lineRule="auto"/>
      </w:pPr>
      <w:r>
        <w:separator/>
      </w:r>
    </w:p>
  </w:footnote>
  <w:footnote w:type="continuationSeparator" w:id="0">
    <w:p w14:paraId="636E2C12" w14:textId="77777777" w:rsidR="00F32FE6" w:rsidRDefault="00F32FE6" w:rsidP="00F95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320A" w14:textId="77777777" w:rsidR="00B33192" w:rsidRPr="002E0933" w:rsidRDefault="00B33192" w:rsidP="00B33192">
    <w:pPr>
      <w:jc w:val="center"/>
      <w:rPr>
        <w:rFonts w:ascii="Castellar" w:hAnsi="Castellar"/>
        <w:b/>
        <w:sz w:val="36"/>
        <w:szCs w:val="36"/>
      </w:rPr>
    </w:pPr>
    <w:r w:rsidRPr="002E0933">
      <w:rPr>
        <w:rFonts w:ascii="Castellar" w:hAnsi="Castellar"/>
        <w:b/>
        <w:sz w:val="36"/>
        <w:szCs w:val="36"/>
      </w:rPr>
      <w:t>Autumn Term 2026 Woodland Team</w:t>
    </w:r>
  </w:p>
  <w:p w14:paraId="13065930" w14:textId="18059156" w:rsidR="00B33192" w:rsidRDefault="00B33192" w:rsidP="00B33192">
    <w:pPr>
      <w:pStyle w:val="Header"/>
      <w:jc w:val="center"/>
    </w:pPr>
    <w:proofErr w:type="gramStart"/>
    <w:r w:rsidRPr="00FF3215">
      <w:rPr>
        <w:rFonts w:ascii="Castellar" w:hAnsi="Castellar"/>
        <w:b/>
        <w:sz w:val="44"/>
      </w:rPr>
      <w:t>‘LONDON’</w:t>
    </w:r>
    <w:proofErr w:type="gramEnd"/>
    <w:r w:rsidRPr="00FF3215">
      <w:rPr>
        <w:rFonts w:ascii="Castellar" w:hAnsi="Castellar"/>
        <w:b/>
        <w:sz w:val="44"/>
      </w:rPr>
      <w:t xml:space="preserve"> HOMEWORK Choices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2509417">
    <w:abstractNumId w:val="8"/>
  </w:num>
  <w:num w:numId="2" w16cid:durableId="764764286">
    <w:abstractNumId w:val="6"/>
  </w:num>
  <w:num w:numId="3" w16cid:durableId="224492600">
    <w:abstractNumId w:val="5"/>
  </w:num>
  <w:num w:numId="4" w16cid:durableId="1151679666">
    <w:abstractNumId w:val="4"/>
  </w:num>
  <w:num w:numId="5" w16cid:durableId="1023165657">
    <w:abstractNumId w:val="7"/>
  </w:num>
  <w:num w:numId="6" w16cid:durableId="543905089">
    <w:abstractNumId w:val="3"/>
  </w:num>
  <w:num w:numId="7" w16cid:durableId="2086296518">
    <w:abstractNumId w:val="2"/>
  </w:num>
  <w:num w:numId="8" w16cid:durableId="505243260">
    <w:abstractNumId w:val="1"/>
  </w:num>
  <w:num w:numId="9" w16cid:durableId="2123838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616B"/>
    <w:rsid w:val="001D0A38"/>
    <w:rsid w:val="00286550"/>
    <w:rsid w:val="0029639D"/>
    <w:rsid w:val="002E0933"/>
    <w:rsid w:val="00326F90"/>
    <w:rsid w:val="003F2E42"/>
    <w:rsid w:val="00562981"/>
    <w:rsid w:val="005E1F8D"/>
    <w:rsid w:val="00602CDE"/>
    <w:rsid w:val="006368FD"/>
    <w:rsid w:val="00682D28"/>
    <w:rsid w:val="006E55E5"/>
    <w:rsid w:val="00701C4A"/>
    <w:rsid w:val="00764609"/>
    <w:rsid w:val="008E5B1F"/>
    <w:rsid w:val="0091760A"/>
    <w:rsid w:val="00A2454D"/>
    <w:rsid w:val="00AA1D8D"/>
    <w:rsid w:val="00AE2045"/>
    <w:rsid w:val="00AE2B09"/>
    <w:rsid w:val="00B33192"/>
    <w:rsid w:val="00B47730"/>
    <w:rsid w:val="00BC30E2"/>
    <w:rsid w:val="00C76E40"/>
    <w:rsid w:val="00CB0664"/>
    <w:rsid w:val="00CD60F0"/>
    <w:rsid w:val="00DD773A"/>
    <w:rsid w:val="00E270AF"/>
    <w:rsid w:val="00F32FE6"/>
    <w:rsid w:val="00F56AC4"/>
    <w:rsid w:val="00F95083"/>
    <w:rsid w:val="00FC693F"/>
    <w:rsid w:val="00FF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33B1565F-BAB5-4DF7-9992-A363AB6B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BAAE3D-6D1D-4A90-BA1B-A4BC406254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55EDF4-1999-43ED-ACCD-366AB8A6C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09D8DF-CC90-444E-A262-4A0DB0D0AC19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>generated by python-docx</dc:description>
  <cp:lastModifiedBy>Sarah Smith</cp:lastModifiedBy>
  <cp:revision>23</cp:revision>
  <dcterms:created xsi:type="dcterms:W3CDTF">2026-09-10T15:26:00Z</dcterms:created>
  <dcterms:modified xsi:type="dcterms:W3CDTF">2026-09-10T17:43:00Z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